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5DA25" w14:textId="77777777" w:rsidR="00B063D3" w:rsidRDefault="00000000">
      <w:pPr>
        <w:pStyle w:val="Title"/>
      </w:pPr>
      <w:r>
        <w:t>Terms and Conditions</w:t>
      </w:r>
    </w:p>
    <w:p w14:paraId="7B8021F3" w14:textId="6C02594C" w:rsidR="00B063D3" w:rsidRDefault="00000000">
      <w:r>
        <w:t xml:space="preserve">Effective Date: </w:t>
      </w:r>
      <w:r w:rsidR="000B5B6E">
        <w:t>20 August 2025</w:t>
      </w:r>
    </w:p>
    <w:p w14:paraId="7DA35E8F" w14:textId="422E10B8" w:rsidR="00B063D3" w:rsidRDefault="00000000">
      <w:r>
        <w:t xml:space="preserve">These Terms govern the use of services provided by </w:t>
      </w:r>
      <w:proofErr w:type="spellStart"/>
      <w:r w:rsidR="000B5B6E">
        <w:t>Techify</w:t>
      </w:r>
      <w:proofErr w:type="spellEnd"/>
      <w:r w:rsidR="000B5B6E">
        <w:t xml:space="preserve"> Studio. </w:t>
      </w:r>
      <w:r>
        <w:t>By engaging with our services, you agree to these Terms.</w:t>
      </w:r>
    </w:p>
    <w:p w14:paraId="7F6F9ABE" w14:textId="77777777" w:rsidR="00B063D3" w:rsidRDefault="00000000">
      <w:r>
        <w:t>1. Services Provided</w:t>
      </w:r>
    </w:p>
    <w:p w14:paraId="77906288" w14:textId="77777777" w:rsidR="00B063D3" w:rsidRDefault="00000000">
      <w:r>
        <w:t>- Windows and Office installations</w:t>
      </w:r>
    </w:p>
    <w:p w14:paraId="7920F0D1" w14:textId="77777777" w:rsidR="00B063D3" w:rsidRDefault="00000000">
      <w:r>
        <w:t>- Tech customer support and troubleshooting</w:t>
      </w:r>
    </w:p>
    <w:p w14:paraId="7FC3740A" w14:textId="77777777" w:rsidR="00B063D3" w:rsidRDefault="00000000">
      <w:r>
        <w:t>- Graphic design services</w:t>
      </w:r>
    </w:p>
    <w:p w14:paraId="0847960D" w14:textId="77777777" w:rsidR="00B063D3" w:rsidRDefault="00000000">
      <w:r>
        <w:t>2. Client Responsibilities</w:t>
      </w:r>
    </w:p>
    <w:p w14:paraId="3D543249" w14:textId="77777777" w:rsidR="00B063D3" w:rsidRDefault="00000000">
      <w:r>
        <w:t>- Provide accurate information and valid licenses.</w:t>
      </w:r>
    </w:p>
    <w:p w14:paraId="6219F1E2" w14:textId="77777777" w:rsidR="00B063D3" w:rsidRDefault="00000000">
      <w:r>
        <w:t>- Back up data before service.</w:t>
      </w:r>
    </w:p>
    <w:p w14:paraId="1861635D" w14:textId="77777777" w:rsidR="00B063D3" w:rsidRDefault="00000000">
      <w:r>
        <w:t>- Review and approve design work promptly.</w:t>
      </w:r>
    </w:p>
    <w:p w14:paraId="6B2DAEB7" w14:textId="77777777" w:rsidR="00B063D3" w:rsidRDefault="00000000">
      <w:r>
        <w:t>3. Payments</w:t>
      </w:r>
    </w:p>
    <w:p w14:paraId="52948AB4" w14:textId="77777777" w:rsidR="00B063D3" w:rsidRDefault="00000000">
      <w:r>
        <w:t>Payment is required before or upon completion unless agreed otherwise.</w:t>
      </w:r>
    </w:p>
    <w:p w14:paraId="279A0EB5" w14:textId="77777777" w:rsidR="00B063D3" w:rsidRDefault="00000000">
      <w:r>
        <w:t>4. Refunds</w:t>
      </w:r>
    </w:p>
    <w:p w14:paraId="5C32FE22" w14:textId="77777777" w:rsidR="00B063D3" w:rsidRDefault="00000000">
      <w:r>
        <w:t>Refunds are subject to our Refund Policy.</w:t>
      </w:r>
    </w:p>
    <w:p w14:paraId="2B4C4A06" w14:textId="77777777" w:rsidR="00B063D3" w:rsidRDefault="00000000">
      <w:r>
        <w:t>5. Software &amp; Licensing</w:t>
      </w:r>
    </w:p>
    <w:p w14:paraId="28C0A2B2" w14:textId="77777777" w:rsidR="00B063D3" w:rsidRDefault="00000000">
      <w:r>
        <w:t xml:space="preserve">Only genuine software </w:t>
      </w:r>
      <w:proofErr w:type="gramStart"/>
      <w:r>
        <w:t>may</w:t>
      </w:r>
      <w:proofErr w:type="gramEnd"/>
      <w:r>
        <w:t xml:space="preserve"> be installed. Client is responsible for providing valid licenses.</w:t>
      </w:r>
    </w:p>
    <w:p w14:paraId="012E4A54" w14:textId="77777777" w:rsidR="00B063D3" w:rsidRDefault="00000000">
      <w:r>
        <w:t>6. Graphic Design Projects</w:t>
      </w:r>
    </w:p>
    <w:p w14:paraId="67E62CD0" w14:textId="2370BE03" w:rsidR="00B063D3" w:rsidRDefault="00000000">
      <w:r>
        <w:t xml:space="preserve">Designs remain property of </w:t>
      </w:r>
      <w:proofErr w:type="spellStart"/>
      <w:r w:rsidR="000B5B6E">
        <w:t>Techify</w:t>
      </w:r>
      <w:proofErr w:type="spellEnd"/>
      <w:r w:rsidR="000B5B6E">
        <w:t xml:space="preserve"> Studio</w:t>
      </w:r>
      <w:r>
        <w:t xml:space="preserve"> until paid in full.</w:t>
      </w:r>
    </w:p>
    <w:p w14:paraId="04521F87" w14:textId="77777777" w:rsidR="00B063D3" w:rsidRDefault="00000000">
      <w:r>
        <w:t>7. Liability Limitations</w:t>
      </w:r>
    </w:p>
    <w:p w14:paraId="5D903590" w14:textId="77777777" w:rsidR="00B063D3" w:rsidRDefault="00000000">
      <w:r>
        <w:t>We are not liable for data loss, device damage, or third-party failures. Liability is limited to the service fee paid.</w:t>
      </w:r>
    </w:p>
    <w:p w14:paraId="0063C602" w14:textId="77777777" w:rsidR="00B063D3" w:rsidRDefault="00000000">
      <w:r>
        <w:t>8. Confidentiality</w:t>
      </w:r>
    </w:p>
    <w:p w14:paraId="0EAFF566" w14:textId="77777777" w:rsidR="00B063D3" w:rsidRDefault="00000000">
      <w:r>
        <w:t>We respect confidentiality in line with our Privacy Policy.</w:t>
      </w:r>
    </w:p>
    <w:p w14:paraId="1EF10255" w14:textId="77777777" w:rsidR="00221FEC" w:rsidRDefault="00221FEC">
      <w:r>
        <w:br w:type="page"/>
      </w:r>
    </w:p>
    <w:p w14:paraId="0F660627" w14:textId="5D86FEFC" w:rsidR="00B063D3" w:rsidRDefault="00000000">
      <w:r>
        <w:lastRenderedPageBreak/>
        <w:t>9. Cancellations</w:t>
      </w:r>
    </w:p>
    <w:p w14:paraId="5806BB92" w14:textId="77777777" w:rsidR="00B063D3" w:rsidRDefault="00000000">
      <w:r>
        <w:t>24-hour notice is required. Late cancellations may result in fees.</w:t>
      </w:r>
    </w:p>
    <w:p w14:paraId="1556C549" w14:textId="77777777" w:rsidR="00B063D3" w:rsidRDefault="00000000">
      <w:r>
        <w:t>10. Governing Law</w:t>
      </w:r>
    </w:p>
    <w:p w14:paraId="3CDB4721" w14:textId="72DBFE09" w:rsidR="00B063D3" w:rsidRDefault="00000000">
      <w:r>
        <w:t xml:space="preserve">These Terms are governed by the laws of </w:t>
      </w:r>
      <w:r w:rsidR="000B5B6E">
        <w:t>Namibia</w:t>
      </w:r>
      <w:r>
        <w:t>.</w:t>
      </w:r>
    </w:p>
    <w:p w14:paraId="43448D03" w14:textId="77777777" w:rsidR="00B063D3" w:rsidRDefault="00000000">
      <w:r>
        <w:t>11. Changes to Terms</w:t>
      </w:r>
    </w:p>
    <w:p w14:paraId="37E285A1" w14:textId="77777777" w:rsidR="00B063D3" w:rsidRDefault="00000000">
      <w:r>
        <w:t>We may update these Terms from time to time.</w:t>
      </w:r>
    </w:p>
    <w:p w14:paraId="082D4DA7" w14:textId="77777777" w:rsidR="00B063D3" w:rsidRDefault="00000000">
      <w:r>
        <w:t>12. Contact Us</w:t>
      </w:r>
    </w:p>
    <w:p w14:paraId="65740344" w14:textId="77777777" w:rsidR="000B5B6E" w:rsidRPr="000B5B6E" w:rsidRDefault="000B5B6E" w:rsidP="000B5B6E">
      <w:pPr>
        <w:rPr>
          <w:lang w:val="en-ZA"/>
        </w:rPr>
      </w:pPr>
      <w:proofErr w:type="spellStart"/>
      <w:r w:rsidRPr="000B5B6E">
        <w:rPr>
          <w:b/>
          <w:bCs/>
          <w:u w:val="single"/>
          <w:lang w:val="en-ZA"/>
        </w:rPr>
        <w:t>Techify</w:t>
      </w:r>
      <w:proofErr w:type="spellEnd"/>
      <w:r w:rsidRPr="000B5B6E">
        <w:rPr>
          <w:b/>
          <w:bCs/>
          <w:u w:val="single"/>
          <w:lang w:val="en-ZA"/>
        </w:rPr>
        <w:t xml:space="preserve"> Studio</w:t>
      </w:r>
    </w:p>
    <w:p w14:paraId="2EAE3566" w14:textId="77777777" w:rsidR="000B5B6E" w:rsidRPr="000B5B6E" w:rsidRDefault="000B5B6E" w:rsidP="000B5B6E">
      <w:pPr>
        <w:rPr>
          <w:lang w:val="en-ZA"/>
        </w:rPr>
      </w:pPr>
      <w:r w:rsidRPr="000B5B6E">
        <w:rPr>
          <w:u w:val="single"/>
          <w:lang w:val="en-ZA"/>
        </w:rPr>
        <w:t>Email</w:t>
      </w:r>
      <w:r w:rsidRPr="000B5B6E">
        <w:rPr>
          <w:lang w:val="en-ZA"/>
        </w:rPr>
        <w:t>: techifystudio@gmail.com</w:t>
      </w:r>
    </w:p>
    <w:p w14:paraId="6C4360E5" w14:textId="77777777" w:rsidR="000B5B6E" w:rsidRPr="000B5B6E" w:rsidRDefault="000B5B6E" w:rsidP="000B5B6E">
      <w:pPr>
        <w:rPr>
          <w:lang w:val="en-ZA"/>
        </w:rPr>
      </w:pPr>
      <w:r w:rsidRPr="000B5B6E">
        <w:rPr>
          <w:u w:val="single"/>
          <w:lang w:val="en-ZA"/>
        </w:rPr>
        <w:t>Phone</w:t>
      </w:r>
      <w:r w:rsidRPr="000B5B6E">
        <w:rPr>
          <w:lang w:val="en-ZA"/>
        </w:rPr>
        <w:t>: +264 81-577-3565</w:t>
      </w:r>
    </w:p>
    <w:p w14:paraId="6FE91F09" w14:textId="77777777" w:rsidR="000B5B6E" w:rsidRPr="000B5B6E" w:rsidRDefault="000B5B6E" w:rsidP="000B5B6E">
      <w:pPr>
        <w:rPr>
          <w:lang w:val="en-ZA"/>
        </w:rPr>
      </w:pPr>
      <w:r w:rsidRPr="000B5B6E">
        <w:rPr>
          <w:u w:val="single"/>
          <w:lang w:val="en-ZA"/>
        </w:rPr>
        <w:t>Address</w:t>
      </w:r>
      <w:r w:rsidRPr="000B5B6E">
        <w:rPr>
          <w:lang w:val="en-ZA"/>
        </w:rPr>
        <w:t>: Swakopmund, Namibia</w:t>
      </w:r>
    </w:p>
    <w:p w14:paraId="4897AEB7" w14:textId="6290BB73" w:rsidR="00B063D3" w:rsidRDefault="00B063D3" w:rsidP="000B5B6E"/>
    <w:sectPr w:rsidR="00B063D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367449">
    <w:abstractNumId w:val="8"/>
  </w:num>
  <w:num w:numId="2" w16cid:durableId="644698103">
    <w:abstractNumId w:val="6"/>
  </w:num>
  <w:num w:numId="3" w16cid:durableId="768742581">
    <w:abstractNumId w:val="5"/>
  </w:num>
  <w:num w:numId="4" w16cid:durableId="998576364">
    <w:abstractNumId w:val="4"/>
  </w:num>
  <w:num w:numId="5" w16cid:durableId="1481730367">
    <w:abstractNumId w:val="7"/>
  </w:num>
  <w:num w:numId="6" w16cid:durableId="1568105325">
    <w:abstractNumId w:val="3"/>
  </w:num>
  <w:num w:numId="7" w16cid:durableId="1447118046">
    <w:abstractNumId w:val="2"/>
  </w:num>
  <w:num w:numId="8" w16cid:durableId="1794670514">
    <w:abstractNumId w:val="1"/>
  </w:num>
  <w:num w:numId="9" w16cid:durableId="1739789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5B6E"/>
    <w:rsid w:val="0015074B"/>
    <w:rsid w:val="00221FEC"/>
    <w:rsid w:val="0029639D"/>
    <w:rsid w:val="00326F90"/>
    <w:rsid w:val="00523F7C"/>
    <w:rsid w:val="00AA1D8D"/>
    <w:rsid w:val="00B063D3"/>
    <w:rsid w:val="00B47730"/>
    <w:rsid w:val="00C14C3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989D7FD"/>
  <w14:defaultImageDpi w14:val="300"/>
  <w15:docId w15:val="{27DA8FA9-516C-4F9B-A9FD-D55959D1C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Wolftube_ZA dippenaar</cp:lastModifiedBy>
  <cp:revision>5</cp:revision>
  <dcterms:created xsi:type="dcterms:W3CDTF">2013-12-23T23:15:00Z</dcterms:created>
  <dcterms:modified xsi:type="dcterms:W3CDTF">2025-08-22T18:36:00Z</dcterms:modified>
  <cp:category/>
</cp:coreProperties>
</file>